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B2D"/>
          <w:sz w:val="18"/>
        </w:rPr>
        <w:t>PERROTTA GROUP S.R.L. DM 481/240708</w:t>
      </w:r>
      <w:r>
        <w:rPr>
          <w:sz w:val="18"/>
        </w:rPr>
        <w:br/>
        <w:t>Anno accademico 2026/2027 · Residenza Universitaria, Via Casilina Sud 16, Cassino (FR)</w:t>
      </w:r>
    </w:p>
    <w:p>
      <w:pPr>
        <w:pStyle w:val="Heading1"/>
      </w:pPr>
      <w:r>
        <w:rPr>
          <w:color w:val="1B3B2D"/>
        </w:rPr>
        <w:t>Autocertificazione ISEE</w:t>
      </w:r>
    </w:p>
    <w:p>
      <w:r>
        <w:rPr>
          <w:i/>
        </w:rPr>
        <w:t>Dichiarazione sostitutiva di certificazione e di atto di notorietà (artt. 46 e 47 del D.P.R. n. 445/2000)</w:t>
      </w:r>
    </w:p>
    <w:p>
      <w:pPr>
        <w:spacing w:after="160"/>
      </w:pPr>
      <w:r>
        <w:t>Il/La sottoscritto/a ______________________________________________________________</w:t>
      </w:r>
    </w:p>
    <w:p>
      <w:pPr>
        <w:spacing w:after="160"/>
      </w:pPr>
      <w:r>
        <w:t>nato/a a ______________________________________ il ____________________________</w:t>
      </w:r>
    </w:p>
    <w:p>
      <w:pPr>
        <w:spacing w:after="160"/>
      </w:pPr>
      <w:r>
        <w:t>C.F. __________________________________ residente a _______________________________</w:t>
      </w:r>
    </w:p>
    <w:p>
      <w:pPr>
        <w:spacing w:after="160"/>
      </w:pPr>
      <w:r>
        <w:t>in via/piazza ______________________________________________ n. _______</w:t>
      </w:r>
    </w:p>
    <w:p>
      <w:pPr>
        <w:spacing w:after="160"/>
      </w:pPr>
      <w:r>
        <w:t>e-mail ______________________________________ telefono __________________________</w:t>
      </w:r>
    </w:p>
    <w:p>
      <w:r>
        <w:t>consapevole delle sanzioni penali previste dall’art. 76 del D.P.R. n. 445/2000 in caso di dichiarazioni mendaci e della decadenza dai benefici prevista dall’art. 75 dello stesso decreto,</w:t>
      </w:r>
    </w:p>
    <w:p>
      <w:pPr>
        <w:jc w:val="center"/>
      </w:pPr>
      <w:r>
        <w:rPr>
          <w:b/>
        </w:rPr>
        <w:t>DICHIARA</w:t>
      </w:r>
    </w:p>
    <w:p>
      <w:pPr>
        <w:pStyle w:val="ListNumber"/>
      </w:pPr>
      <w:r>
        <w:t>di aver presentato la Dichiarazione Sostitutiva Unica (DSU) per l’ISEE per le prestazioni per il diritto allo studio universitario 2026 in data ______________, protocollo n. ______________________________;</w:t>
      </w:r>
    </w:p>
    <w:p>
      <w:pPr>
        <w:pStyle w:val="ListNumber"/>
      </w:pPr>
      <w:r>
        <w:t>che gli indicatori risultanti sono: ISEEU € ______________ e ISPEU € ______________ (soglie del bando: ISEEU € 28.339,88, ISPEU € 61.608,48);</w:t>
      </w:r>
    </w:p>
    <w:p>
      <w:pPr>
        <w:pStyle w:val="ListNumber"/>
      </w:pPr>
      <w:r>
        <w:t>di non aver ancora ricevuto l’attestazione ISEE e di impegnarsi a consegnarla a PERROTTA GROUP S.R.L. DM 481/240708 appena rilasciata, e comunque prima della firma del contratto.</w:t>
      </w:r>
    </w:p>
    <w:p>
      <w:r>
        <w:t>La presente dichiarazione è resa per la domanda di assegnazione di un posto letto DSU per l’A.A. 2026/2027 presso la Residenza Universitaria, Via Casilina Sud 16, Cassino (FR). Il dichiarante è informato che PERROTTA GROUP S.R.L. DM 481/240708 può effettuare controlli sulla veridicità di quanto dichiarato.</w:t>
      </w:r>
    </w:p>
    <w:p>
      <w:r>
        <w:t>Allega copia di un documento di identità in corso di validità.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Luogo e data</w:t>
            </w:r>
          </w:p>
        </w:tc>
        <w:tc>
          <w:tcPr>
            <w:tcW w:type="dxa" w:w="4873"/>
          </w:tcPr>
          <w:p>
            <w:r>
              <w:t>Firma</w:t>
            </w:r>
          </w:p>
        </w:tc>
      </w:tr>
      <w:tr>
        <w:tc>
          <w:tcPr>
            <w:tcW w:type="dxa" w:w="4873"/>
          </w:tcPr>
          <w:p>
            <w:r>
              <w:t>_________________________</w:t>
            </w:r>
          </w:p>
        </w:tc>
        <w:tc>
          <w:tcPr>
            <w:tcW w:type="dxa" w:w="4873"/>
          </w:tcPr>
          <w:p>
            <w:r>
              <w:t>_________________________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